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779A6" w14:textId="77777777" w:rsidR="007B4389" w:rsidRPr="008735EA" w:rsidRDefault="00000000">
      <w:pPr>
        <w:jc w:val="right"/>
        <w:rPr>
          <w:lang w:val="pl-PL"/>
        </w:rPr>
      </w:pPr>
      <w:r w:rsidRPr="008735EA">
        <w:rPr>
          <w:b/>
          <w:sz w:val="20"/>
          <w:lang w:val="pl-PL"/>
        </w:rPr>
        <w:t>Załącznik nr 2</w:t>
      </w:r>
    </w:p>
    <w:p w14:paraId="0F02D36A" w14:textId="77777777" w:rsidR="007B4389" w:rsidRPr="008735EA" w:rsidRDefault="00000000">
      <w:pPr>
        <w:jc w:val="center"/>
        <w:rPr>
          <w:lang w:val="pl-PL"/>
        </w:rPr>
      </w:pPr>
      <w:r w:rsidRPr="008735EA">
        <w:rPr>
          <w:b/>
          <w:color w:val="1F4E79"/>
          <w:sz w:val="32"/>
          <w:lang w:val="pl-PL"/>
        </w:rPr>
        <w:t>FORMULARZ INFORMACJI CENOWEJ</w:t>
      </w:r>
    </w:p>
    <w:p w14:paraId="7A753197" w14:textId="77777777" w:rsidR="007B4389" w:rsidRPr="008735EA" w:rsidRDefault="00000000">
      <w:pPr>
        <w:jc w:val="center"/>
        <w:rPr>
          <w:lang w:val="pl-PL"/>
        </w:rPr>
      </w:pPr>
      <w:r w:rsidRPr="008735EA">
        <w:rPr>
          <w:b/>
          <w:color w:val="000000"/>
          <w:sz w:val="23"/>
          <w:lang w:val="pl-PL"/>
        </w:rPr>
        <w:t>na potrzeby oszacowania wartości zamówienia</w:t>
      </w:r>
    </w:p>
    <w:p w14:paraId="7CFC74DF" w14:textId="77777777" w:rsidR="007B4389" w:rsidRPr="008735EA" w:rsidRDefault="00000000">
      <w:pPr>
        <w:jc w:val="center"/>
        <w:rPr>
          <w:lang w:val="pl-PL"/>
        </w:rPr>
      </w:pPr>
      <w:r w:rsidRPr="008735EA">
        <w:rPr>
          <w:b/>
          <w:color w:val="000000"/>
          <w:sz w:val="22"/>
          <w:lang w:val="pl-PL"/>
        </w:rPr>
        <w:t>Sprawa nr 3/2026/</w:t>
      </w:r>
      <w:proofErr w:type="spellStart"/>
      <w:r w:rsidRPr="008735EA">
        <w:rPr>
          <w:b/>
          <w:color w:val="000000"/>
          <w:sz w:val="22"/>
          <w:lang w:val="pl-PL"/>
        </w:rPr>
        <w:t>KCBTiK</w:t>
      </w:r>
      <w:proofErr w:type="spellEnd"/>
    </w:p>
    <w:p w14:paraId="7C1C9B80" w14:textId="77777777" w:rsidR="007B4389" w:rsidRPr="008735EA" w:rsidRDefault="00000000">
      <w:pPr>
        <w:jc w:val="center"/>
        <w:rPr>
          <w:lang w:val="pl-PL"/>
        </w:rPr>
      </w:pPr>
      <w:r w:rsidRPr="008735EA">
        <w:rPr>
          <w:b/>
          <w:color w:val="1F4E79"/>
          <w:sz w:val="26"/>
          <w:lang w:val="pl-PL"/>
        </w:rPr>
        <w:t>Zakup inwestycyjny pn. „Myjnia Dezynfektor”</w:t>
      </w:r>
    </w:p>
    <w:p w14:paraId="70866D84" w14:textId="77777777" w:rsidR="007B4389" w:rsidRPr="008735EA" w:rsidRDefault="007B4389">
      <w:pPr>
        <w:rPr>
          <w:lang w:val="pl-PL"/>
        </w:rPr>
      </w:pPr>
    </w:p>
    <w:p w14:paraId="70245012" w14:textId="77777777" w:rsidR="007B4389" w:rsidRPr="008735EA" w:rsidRDefault="00000000">
      <w:pPr>
        <w:rPr>
          <w:lang w:val="pl-PL"/>
        </w:rPr>
      </w:pPr>
      <w:r w:rsidRPr="008735EA">
        <w:rPr>
          <w:b/>
          <w:lang w:val="pl-PL"/>
        </w:rPr>
        <w:t xml:space="preserve">Nazwa firmy: </w:t>
      </w:r>
      <w:r w:rsidRPr="008735EA">
        <w:rPr>
          <w:lang w:val="pl-PL"/>
        </w:rPr>
        <w:t>______________________________________________________________</w:t>
      </w:r>
    </w:p>
    <w:p w14:paraId="3C20AAC4" w14:textId="77777777" w:rsidR="007B4389" w:rsidRPr="008735EA" w:rsidRDefault="00000000">
      <w:pPr>
        <w:rPr>
          <w:lang w:val="pl-PL"/>
        </w:rPr>
      </w:pPr>
      <w:r w:rsidRPr="008735EA">
        <w:rPr>
          <w:b/>
          <w:lang w:val="pl-PL"/>
        </w:rPr>
        <w:t xml:space="preserve">Adres siedziby: </w:t>
      </w:r>
      <w:r w:rsidRPr="008735EA">
        <w:rPr>
          <w:lang w:val="pl-PL"/>
        </w:rPr>
        <w:t>______________________________________________________________</w:t>
      </w:r>
    </w:p>
    <w:p w14:paraId="4C43EE27" w14:textId="77777777" w:rsidR="007B4389" w:rsidRPr="008735EA" w:rsidRDefault="00000000">
      <w:pPr>
        <w:rPr>
          <w:lang w:val="pl-PL"/>
        </w:rPr>
      </w:pPr>
      <w:r w:rsidRPr="008735EA">
        <w:rPr>
          <w:b/>
          <w:lang w:val="pl-PL"/>
        </w:rPr>
        <w:t xml:space="preserve">NIP: </w:t>
      </w:r>
      <w:r w:rsidRPr="008735EA">
        <w:rPr>
          <w:lang w:val="pl-PL"/>
        </w:rPr>
        <w:t>______________________________________________________________</w:t>
      </w:r>
    </w:p>
    <w:p w14:paraId="65143CE9" w14:textId="77777777" w:rsidR="007B4389" w:rsidRPr="008735EA" w:rsidRDefault="00000000">
      <w:pPr>
        <w:rPr>
          <w:lang w:val="pl-PL"/>
        </w:rPr>
      </w:pPr>
      <w:r w:rsidRPr="008735EA">
        <w:rPr>
          <w:b/>
          <w:lang w:val="pl-PL"/>
        </w:rPr>
        <w:t xml:space="preserve">Osoba do kontaktu: </w:t>
      </w:r>
      <w:r w:rsidRPr="008735EA">
        <w:rPr>
          <w:lang w:val="pl-PL"/>
        </w:rPr>
        <w:t>______________________________________________________________</w:t>
      </w:r>
    </w:p>
    <w:p w14:paraId="5471A251" w14:textId="77777777" w:rsidR="007B4389" w:rsidRPr="008735EA" w:rsidRDefault="00000000">
      <w:pPr>
        <w:rPr>
          <w:lang w:val="pl-PL"/>
        </w:rPr>
      </w:pPr>
      <w:r w:rsidRPr="008735EA">
        <w:rPr>
          <w:b/>
          <w:lang w:val="pl-PL"/>
        </w:rPr>
        <w:t xml:space="preserve">Adres e-mail: </w:t>
      </w:r>
      <w:r w:rsidRPr="008735EA">
        <w:rPr>
          <w:lang w:val="pl-PL"/>
        </w:rPr>
        <w:t>______________________________________________________________</w:t>
      </w:r>
    </w:p>
    <w:p w14:paraId="266CD7F1" w14:textId="77777777" w:rsidR="007B4389" w:rsidRDefault="00000000">
      <w:proofErr w:type="spellStart"/>
      <w:r>
        <w:rPr>
          <w:b/>
        </w:rPr>
        <w:t>Telefon</w:t>
      </w:r>
      <w:proofErr w:type="spellEnd"/>
      <w:r>
        <w:rPr>
          <w:b/>
        </w:rPr>
        <w:t xml:space="preserve">: </w:t>
      </w:r>
      <w:r>
        <w:t>______________________________________________________________</w:t>
      </w:r>
    </w:p>
    <w:p w14:paraId="38A4FC36" w14:textId="77777777" w:rsidR="007B4389" w:rsidRDefault="00000000">
      <w:r>
        <w:rPr>
          <w:b/>
          <w:color w:val="1F4E79"/>
          <w:sz w:val="24"/>
        </w:rPr>
        <w:t>1. Informacja cenowa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1474"/>
        <w:gridCol w:w="1474"/>
        <w:gridCol w:w="1474"/>
        <w:gridCol w:w="1474"/>
      </w:tblGrid>
      <w:tr w:rsidR="007B4389" w14:paraId="40DBC63D" w14:textId="77777777">
        <w:trPr>
          <w:jc w:val="center"/>
        </w:trPr>
        <w:tc>
          <w:tcPr>
            <w:tcW w:w="3969" w:type="dxa"/>
            <w:shd w:val="clear" w:color="auto" w:fill="D9EAF7"/>
            <w:vAlign w:val="center"/>
          </w:tcPr>
          <w:p w14:paraId="2C6C7E48" w14:textId="77777777" w:rsidR="007B4389" w:rsidRDefault="00000000">
            <w:pPr>
              <w:jc w:val="center"/>
            </w:pPr>
            <w:r>
              <w:rPr>
                <w:b/>
                <w:sz w:val="18"/>
              </w:rPr>
              <w:t>Przedmiot</w:t>
            </w:r>
          </w:p>
        </w:tc>
        <w:tc>
          <w:tcPr>
            <w:tcW w:w="1474" w:type="dxa"/>
            <w:shd w:val="clear" w:color="auto" w:fill="D9EAF7"/>
            <w:vAlign w:val="center"/>
          </w:tcPr>
          <w:p w14:paraId="593561C0" w14:textId="77777777" w:rsidR="007B4389" w:rsidRDefault="00000000">
            <w:pPr>
              <w:jc w:val="center"/>
            </w:pPr>
            <w:r>
              <w:rPr>
                <w:b/>
                <w:sz w:val="18"/>
              </w:rPr>
              <w:t>Cena netto (PLN)</w:t>
            </w:r>
          </w:p>
        </w:tc>
        <w:tc>
          <w:tcPr>
            <w:tcW w:w="1474" w:type="dxa"/>
            <w:shd w:val="clear" w:color="auto" w:fill="D9EAF7"/>
            <w:vAlign w:val="center"/>
          </w:tcPr>
          <w:p w14:paraId="6FF3FB88" w14:textId="77777777" w:rsidR="007B4389" w:rsidRDefault="00000000">
            <w:pPr>
              <w:jc w:val="center"/>
            </w:pPr>
            <w:r>
              <w:rPr>
                <w:b/>
                <w:sz w:val="18"/>
              </w:rPr>
              <w:t>Stawka VAT</w:t>
            </w:r>
          </w:p>
        </w:tc>
        <w:tc>
          <w:tcPr>
            <w:tcW w:w="1474" w:type="dxa"/>
            <w:shd w:val="clear" w:color="auto" w:fill="D9EAF7"/>
            <w:vAlign w:val="center"/>
          </w:tcPr>
          <w:p w14:paraId="7E05891D" w14:textId="77777777" w:rsidR="007B4389" w:rsidRDefault="00000000">
            <w:pPr>
              <w:jc w:val="center"/>
            </w:pPr>
            <w:r>
              <w:rPr>
                <w:b/>
                <w:sz w:val="18"/>
              </w:rPr>
              <w:t>Kwota VAT (PLN)</w:t>
            </w:r>
          </w:p>
        </w:tc>
        <w:tc>
          <w:tcPr>
            <w:tcW w:w="1474" w:type="dxa"/>
            <w:shd w:val="clear" w:color="auto" w:fill="D9EAF7"/>
            <w:vAlign w:val="center"/>
          </w:tcPr>
          <w:p w14:paraId="356A0F5A" w14:textId="77777777" w:rsidR="007B4389" w:rsidRDefault="00000000">
            <w:pPr>
              <w:jc w:val="center"/>
            </w:pPr>
            <w:r>
              <w:rPr>
                <w:b/>
                <w:sz w:val="18"/>
              </w:rPr>
              <w:t>Cena brutto (PLN)</w:t>
            </w:r>
          </w:p>
        </w:tc>
      </w:tr>
      <w:tr w:rsidR="007B4389" w:rsidRPr="008735EA" w14:paraId="4DA4FFD4" w14:textId="77777777">
        <w:trPr>
          <w:jc w:val="center"/>
        </w:trPr>
        <w:tc>
          <w:tcPr>
            <w:tcW w:w="3969" w:type="dxa"/>
            <w:vAlign w:val="center"/>
          </w:tcPr>
          <w:p w14:paraId="4A50E422" w14:textId="77777777" w:rsidR="007B4389" w:rsidRPr="008735EA" w:rsidRDefault="00000000">
            <w:pPr>
              <w:rPr>
                <w:lang w:val="pl-PL"/>
              </w:rPr>
            </w:pPr>
            <w:r w:rsidRPr="008735EA">
              <w:rPr>
                <w:sz w:val="19"/>
                <w:lang w:val="pl-PL"/>
              </w:rPr>
              <w:t>Całość zakresu określonego w Załączniku nr 1 – OPZ</w:t>
            </w:r>
          </w:p>
        </w:tc>
        <w:tc>
          <w:tcPr>
            <w:tcW w:w="1474" w:type="dxa"/>
            <w:vAlign w:val="center"/>
          </w:tcPr>
          <w:p w14:paraId="1C4CBB41" w14:textId="77777777" w:rsidR="007B4389" w:rsidRPr="008735EA" w:rsidRDefault="00000000">
            <w:pPr>
              <w:jc w:val="center"/>
              <w:rPr>
                <w:lang w:val="pl-PL"/>
              </w:rPr>
            </w:pPr>
            <w:r w:rsidRPr="008735EA">
              <w:rPr>
                <w:sz w:val="19"/>
                <w:lang w:val="pl-PL"/>
              </w:rPr>
              <w:t xml:space="preserve"> </w:t>
            </w:r>
          </w:p>
        </w:tc>
        <w:tc>
          <w:tcPr>
            <w:tcW w:w="1474" w:type="dxa"/>
            <w:vAlign w:val="center"/>
          </w:tcPr>
          <w:p w14:paraId="46B86A5B" w14:textId="77777777" w:rsidR="007B4389" w:rsidRPr="008735EA" w:rsidRDefault="00000000">
            <w:pPr>
              <w:jc w:val="center"/>
              <w:rPr>
                <w:lang w:val="pl-PL"/>
              </w:rPr>
            </w:pPr>
            <w:r w:rsidRPr="008735EA">
              <w:rPr>
                <w:sz w:val="19"/>
                <w:lang w:val="pl-PL"/>
              </w:rPr>
              <w:t xml:space="preserve"> </w:t>
            </w:r>
          </w:p>
        </w:tc>
        <w:tc>
          <w:tcPr>
            <w:tcW w:w="1474" w:type="dxa"/>
            <w:vAlign w:val="center"/>
          </w:tcPr>
          <w:p w14:paraId="2BD4F250" w14:textId="77777777" w:rsidR="007B4389" w:rsidRPr="008735EA" w:rsidRDefault="00000000">
            <w:pPr>
              <w:jc w:val="center"/>
              <w:rPr>
                <w:lang w:val="pl-PL"/>
              </w:rPr>
            </w:pPr>
            <w:r w:rsidRPr="008735EA">
              <w:rPr>
                <w:sz w:val="19"/>
                <w:lang w:val="pl-PL"/>
              </w:rPr>
              <w:t xml:space="preserve"> </w:t>
            </w:r>
          </w:p>
        </w:tc>
        <w:tc>
          <w:tcPr>
            <w:tcW w:w="1474" w:type="dxa"/>
            <w:vAlign w:val="center"/>
          </w:tcPr>
          <w:p w14:paraId="2360A4F5" w14:textId="77777777" w:rsidR="007B4389" w:rsidRPr="008735EA" w:rsidRDefault="00000000">
            <w:pPr>
              <w:jc w:val="center"/>
              <w:rPr>
                <w:lang w:val="pl-PL"/>
              </w:rPr>
            </w:pPr>
            <w:r w:rsidRPr="008735EA">
              <w:rPr>
                <w:sz w:val="19"/>
                <w:lang w:val="pl-PL"/>
              </w:rPr>
              <w:t xml:space="preserve"> </w:t>
            </w:r>
          </w:p>
        </w:tc>
      </w:tr>
    </w:tbl>
    <w:p w14:paraId="4DF74407" w14:textId="77777777" w:rsidR="007B4389" w:rsidRPr="008735EA" w:rsidRDefault="00000000">
      <w:pPr>
        <w:rPr>
          <w:lang w:val="pl-PL"/>
        </w:rPr>
      </w:pPr>
      <w:r w:rsidRPr="008735EA">
        <w:rPr>
          <w:b/>
          <w:color w:val="1F4E79"/>
          <w:sz w:val="24"/>
          <w:lang w:val="pl-PL"/>
        </w:rPr>
        <w:t>2. Informacje o proponowanym urządzeniu i warunkach cenowych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953"/>
        <w:gridCol w:w="3402"/>
      </w:tblGrid>
      <w:tr w:rsidR="007B4389" w14:paraId="729AB2C1" w14:textId="77777777">
        <w:trPr>
          <w:jc w:val="center"/>
        </w:trPr>
        <w:tc>
          <w:tcPr>
            <w:tcW w:w="5953" w:type="dxa"/>
          </w:tcPr>
          <w:p w14:paraId="21F99C7B" w14:textId="77777777" w:rsidR="007B4389" w:rsidRDefault="00000000">
            <w:r>
              <w:rPr>
                <w:b/>
                <w:sz w:val="19"/>
              </w:rPr>
              <w:t xml:space="preserve">Producent </w:t>
            </w:r>
            <w:proofErr w:type="spellStart"/>
            <w:r>
              <w:rPr>
                <w:b/>
                <w:sz w:val="19"/>
              </w:rPr>
              <w:t>urządzenia</w:t>
            </w:r>
            <w:proofErr w:type="spellEnd"/>
          </w:p>
        </w:tc>
        <w:tc>
          <w:tcPr>
            <w:tcW w:w="3402" w:type="dxa"/>
          </w:tcPr>
          <w:p w14:paraId="7FF4EFA6" w14:textId="77777777" w:rsidR="007B4389" w:rsidRDefault="00000000">
            <w:r>
              <w:rPr>
                <w:sz w:val="19"/>
              </w:rPr>
              <w:t xml:space="preserve"> </w:t>
            </w:r>
          </w:p>
        </w:tc>
      </w:tr>
      <w:tr w:rsidR="007B4389" w14:paraId="48E474DF" w14:textId="77777777">
        <w:trPr>
          <w:jc w:val="center"/>
        </w:trPr>
        <w:tc>
          <w:tcPr>
            <w:tcW w:w="5953" w:type="dxa"/>
          </w:tcPr>
          <w:p w14:paraId="33C89545" w14:textId="77777777" w:rsidR="007B4389" w:rsidRDefault="00000000">
            <w:r>
              <w:rPr>
                <w:b/>
                <w:sz w:val="19"/>
              </w:rPr>
              <w:t>Model urządzenia</w:t>
            </w:r>
          </w:p>
        </w:tc>
        <w:tc>
          <w:tcPr>
            <w:tcW w:w="3402" w:type="dxa"/>
          </w:tcPr>
          <w:p w14:paraId="311334FC" w14:textId="77777777" w:rsidR="007B4389" w:rsidRDefault="00000000">
            <w:r>
              <w:rPr>
                <w:sz w:val="19"/>
              </w:rPr>
              <w:t xml:space="preserve"> </w:t>
            </w:r>
          </w:p>
        </w:tc>
      </w:tr>
      <w:tr w:rsidR="007B4389" w14:paraId="6989C8D2" w14:textId="77777777">
        <w:trPr>
          <w:jc w:val="center"/>
        </w:trPr>
        <w:tc>
          <w:tcPr>
            <w:tcW w:w="5953" w:type="dxa"/>
          </w:tcPr>
          <w:p w14:paraId="7F647A3B" w14:textId="77777777" w:rsidR="007B4389" w:rsidRDefault="00000000">
            <w:r>
              <w:rPr>
                <w:b/>
                <w:sz w:val="19"/>
              </w:rPr>
              <w:t>Oferowany okres gwarancji (miesiące)</w:t>
            </w:r>
          </w:p>
        </w:tc>
        <w:tc>
          <w:tcPr>
            <w:tcW w:w="3402" w:type="dxa"/>
          </w:tcPr>
          <w:p w14:paraId="4CB226DD" w14:textId="77777777" w:rsidR="007B4389" w:rsidRDefault="00000000">
            <w:r>
              <w:rPr>
                <w:sz w:val="19"/>
              </w:rPr>
              <w:t xml:space="preserve"> </w:t>
            </w:r>
          </w:p>
        </w:tc>
      </w:tr>
      <w:tr w:rsidR="007B4389" w14:paraId="4BC26186" w14:textId="77777777">
        <w:trPr>
          <w:jc w:val="center"/>
        </w:trPr>
        <w:tc>
          <w:tcPr>
            <w:tcW w:w="5953" w:type="dxa"/>
          </w:tcPr>
          <w:p w14:paraId="65EA06A4" w14:textId="77777777" w:rsidR="007B4389" w:rsidRDefault="00000000">
            <w:r>
              <w:rPr>
                <w:b/>
                <w:sz w:val="19"/>
              </w:rPr>
              <w:t>Ważność informacji cenowej</w:t>
            </w:r>
          </w:p>
        </w:tc>
        <w:tc>
          <w:tcPr>
            <w:tcW w:w="3402" w:type="dxa"/>
          </w:tcPr>
          <w:p w14:paraId="5E0DA010" w14:textId="77777777" w:rsidR="007B4389" w:rsidRDefault="00000000">
            <w:r>
              <w:rPr>
                <w:sz w:val="19"/>
              </w:rPr>
              <w:t xml:space="preserve"> </w:t>
            </w:r>
          </w:p>
        </w:tc>
      </w:tr>
      <w:tr w:rsidR="007B4389" w14:paraId="28CC6715" w14:textId="77777777">
        <w:trPr>
          <w:jc w:val="center"/>
        </w:trPr>
        <w:tc>
          <w:tcPr>
            <w:tcW w:w="5953" w:type="dxa"/>
          </w:tcPr>
          <w:p w14:paraId="7B24381A" w14:textId="77777777" w:rsidR="007B4389" w:rsidRPr="008735EA" w:rsidRDefault="00000000">
            <w:pPr>
              <w:rPr>
                <w:lang w:val="pl-PL"/>
              </w:rPr>
            </w:pPr>
            <w:r w:rsidRPr="008735EA">
              <w:rPr>
                <w:b/>
                <w:sz w:val="19"/>
                <w:lang w:val="pl-PL"/>
              </w:rPr>
              <w:t xml:space="preserve">Kompatybilność z wyposażeniem używanym z myjnią </w:t>
            </w:r>
            <w:proofErr w:type="spellStart"/>
            <w:r w:rsidRPr="008735EA">
              <w:rPr>
                <w:b/>
                <w:sz w:val="19"/>
                <w:lang w:val="pl-PL"/>
              </w:rPr>
              <w:t>Getinge</w:t>
            </w:r>
            <w:proofErr w:type="spellEnd"/>
            <w:r w:rsidRPr="008735EA">
              <w:rPr>
                <w:b/>
                <w:sz w:val="19"/>
                <w:lang w:val="pl-PL"/>
              </w:rPr>
              <w:t xml:space="preserve"> serii 46</w:t>
            </w:r>
          </w:p>
        </w:tc>
        <w:tc>
          <w:tcPr>
            <w:tcW w:w="3402" w:type="dxa"/>
          </w:tcPr>
          <w:p w14:paraId="37894943" w14:textId="77777777" w:rsidR="007B4389" w:rsidRDefault="00000000">
            <w:r>
              <w:rPr>
                <w:sz w:val="19"/>
              </w:rPr>
              <w:t>☐ TAK    ☐ NIE</w:t>
            </w:r>
          </w:p>
        </w:tc>
      </w:tr>
      <w:tr w:rsidR="007B4389" w14:paraId="50E873D2" w14:textId="77777777">
        <w:trPr>
          <w:jc w:val="center"/>
        </w:trPr>
        <w:tc>
          <w:tcPr>
            <w:tcW w:w="5953" w:type="dxa"/>
          </w:tcPr>
          <w:p w14:paraId="449B5F01" w14:textId="77777777" w:rsidR="007B4389" w:rsidRPr="008735EA" w:rsidRDefault="00000000">
            <w:pPr>
              <w:rPr>
                <w:lang w:val="pl-PL"/>
              </w:rPr>
            </w:pPr>
            <w:r w:rsidRPr="008735EA">
              <w:rPr>
                <w:b/>
                <w:sz w:val="19"/>
                <w:lang w:val="pl-PL"/>
              </w:rPr>
              <w:t>W przypadku braku kompatybilności: czy cena obejmuje komplet wyposażenia zastępczego zgodnego z OPZ</w:t>
            </w:r>
          </w:p>
        </w:tc>
        <w:tc>
          <w:tcPr>
            <w:tcW w:w="3402" w:type="dxa"/>
          </w:tcPr>
          <w:p w14:paraId="1798830E" w14:textId="77777777" w:rsidR="007B4389" w:rsidRDefault="00000000">
            <w:r>
              <w:rPr>
                <w:sz w:val="19"/>
              </w:rPr>
              <w:t>☐ TAK    ☐ NIE    ☐ NIE DOTYCZY</w:t>
            </w:r>
          </w:p>
        </w:tc>
      </w:tr>
    </w:tbl>
    <w:p w14:paraId="00B020ED" w14:textId="77777777" w:rsidR="007B4389" w:rsidRPr="008735EA" w:rsidRDefault="00000000">
      <w:pPr>
        <w:rPr>
          <w:lang w:val="pl-PL"/>
        </w:rPr>
      </w:pPr>
      <w:r w:rsidRPr="008735EA">
        <w:rPr>
          <w:b/>
          <w:color w:val="1F4E79"/>
          <w:sz w:val="22"/>
          <w:lang w:val="pl-PL"/>
        </w:rPr>
        <w:t>3. Ewentualne wymagania techniczne lub instalacyjne mogące wpływać na zakres albo cenę realizacji</w:t>
      </w:r>
    </w:p>
    <w:p w14:paraId="7FEBCB35" w14:textId="68B37D41" w:rsidR="007B4389" w:rsidRDefault="00000000">
      <w:pPr>
        <w:spacing w:after="40"/>
      </w:pPr>
      <w:r>
        <w:t>____________________________________________________________________________________</w:t>
      </w:r>
    </w:p>
    <w:p w14:paraId="09EA23F9" w14:textId="187A5253" w:rsidR="007B4389" w:rsidRDefault="00000000">
      <w:pPr>
        <w:spacing w:after="40"/>
      </w:pPr>
      <w:r>
        <w:t>______________________________________________________________________________________________________________</w:t>
      </w:r>
    </w:p>
    <w:p w14:paraId="7672BFE0" w14:textId="77777777" w:rsidR="007B4389" w:rsidRDefault="00000000">
      <w:r>
        <w:rPr>
          <w:b/>
          <w:color w:val="1F4E79"/>
          <w:sz w:val="22"/>
        </w:rPr>
        <w:t>4. Uwagi dodatkowe (opcjonalnie)</w:t>
      </w:r>
    </w:p>
    <w:p w14:paraId="2B37EBF6" w14:textId="77777777" w:rsidR="007B4389" w:rsidRDefault="00000000">
      <w:pPr>
        <w:spacing w:after="40"/>
      </w:pPr>
      <w:r>
        <w:t>______________________________________________________________________________________________________________</w:t>
      </w:r>
    </w:p>
    <w:p w14:paraId="691F47A6" w14:textId="3D00DA47" w:rsidR="007B4389" w:rsidRDefault="00000000">
      <w:pPr>
        <w:spacing w:after="40"/>
      </w:pPr>
      <w:r>
        <w:t>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9"/>
      </w:tblGrid>
      <w:tr w:rsidR="007B4389" w:rsidRPr="008735EA" w14:paraId="2EA9C818" w14:textId="77777777">
        <w:trPr>
          <w:jc w:val="center"/>
        </w:trPr>
        <w:tc>
          <w:tcPr>
            <w:tcW w:w="9859" w:type="dxa"/>
            <w:shd w:val="clear" w:color="auto" w:fill="EAF2F8"/>
          </w:tcPr>
          <w:p w14:paraId="700C9B2C" w14:textId="77777777" w:rsidR="007B4389" w:rsidRPr="008735EA" w:rsidRDefault="00000000">
            <w:pPr>
              <w:rPr>
                <w:lang w:val="pl-PL"/>
              </w:rPr>
            </w:pPr>
            <w:r w:rsidRPr="008735EA">
              <w:rPr>
                <w:b/>
                <w:sz w:val="19"/>
                <w:lang w:val="pl-PL"/>
              </w:rPr>
              <w:t xml:space="preserve">Informacja: </w:t>
            </w:r>
            <w:r w:rsidRPr="001E1A7C">
              <w:rPr>
                <w:b/>
                <w:bCs/>
                <w:color w:val="EE0000"/>
                <w:sz w:val="19"/>
                <w:lang w:val="pl-PL"/>
              </w:rPr>
              <w:t>Przedstawiona informacja cenowa ma charakter wyłącznie informacyjny</w:t>
            </w:r>
            <w:r w:rsidRPr="008735EA">
              <w:rPr>
                <w:sz w:val="19"/>
                <w:lang w:val="pl-PL"/>
              </w:rPr>
              <w:t xml:space="preserve">, została przekazana na potrzeby oszacowania wartości zamówienia, </w:t>
            </w:r>
            <w:r w:rsidRPr="001E1A7C">
              <w:rPr>
                <w:b/>
                <w:bCs/>
                <w:color w:val="EE0000"/>
                <w:sz w:val="19"/>
                <w:lang w:val="pl-PL"/>
              </w:rPr>
              <w:t>nie stanowi oferty handlowej</w:t>
            </w:r>
            <w:r w:rsidRPr="008735EA">
              <w:rPr>
                <w:sz w:val="19"/>
                <w:lang w:val="pl-PL"/>
              </w:rPr>
              <w:t xml:space="preserve">, nie powoduje powstania zobowiązań po stronie podmiotu przekazującego informację i nie zobowiązuje </w:t>
            </w:r>
            <w:proofErr w:type="spellStart"/>
            <w:r w:rsidRPr="008735EA">
              <w:rPr>
                <w:sz w:val="19"/>
                <w:lang w:val="pl-PL"/>
              </w:rPr>
              <w:t>KCBTiK</w:t>
            </w:r>
            <w:proofErr w:type="spellEnd"/>
            <w:r w:rsidRPr="008735EA">
              <w:rPr>
                <w:sz w:val="19"/>
                <w:lang w:val="pl-PL"/>
              </w:rPr>
              <w:t xml:space="preserve"> do wszczęcia postępowania ani zawarcia umowy.</w:t>
            </w:r>
          </w:p>
        </w:tc>
      </w:tr>
    </w:tbl>
    <w:p w14:paraId="4C62A0BA" w14:textId="77777777" w:rsidR="008735EA" w:rsidRDefault="008735EA">
      <w:pPr>
        <w:rPr>
          <w:b/>
          <w:sz w:val="20"/>
          <w:lang w:val="pl-PL"/>
        </w:rPr>
      </w:pPr>
    </w:p>
    <w:p w14:paraId="426E03C8" w14:textId="48D91E0C" w:rsidR="007B4389" w:rsidRDefault="00000000">
      <w:pPr>
        <w:rPr>
          <w:sz w:val="20"/>
          <w:lang w:val="pl-PL"/>
        </w:rPr>
      </w:pPr>
      <w:r w:rsidRPr="008735EA">
        <w:rPr>
          <w:b/>
          <w:sz w:val="20"/>
          <w:lang w:val="pl-PL"/>
        </w:rPr>
        <w:t xml:space="preserve">Miejscowość i data: </w:t>
      </w:r>
      <w:r w:rsidRPr="008735EA">
        <w:rPr>
          <w:sz w:val="20"/>
          <w:lang w:val="pl-PL"/>
        </w:rPr>
        <w:t>__________________________________________________</w:t>
      </w:r>
    </w:p>
    <w:p w14:paraId="64493CEF" w14:textId="77777777" w:rsidR="008735EA" w:rsidRPr="008735EA" w:rsidRDefault="008735EA">
      <w:pPr>
        <w:rPr>
          <w:lang w:val="pl-PL"/>
        </w:rPr>
      </w:pPr>
    </w:p>
    <w:p w14:paraId="1193D8F0" w14:textId="77777777" w:rsidR="007B4389" w:rsidRPr="008735EA" w:rsidRDefault="00000000">
      <w:pPr>
        <w:rPr>
          <w:lang w:val="pl-PL"/>
        </w:rPr>
      </w:pPr>
      <w:r w:rsidRPr="008735EA">
        <w:rPr>
          <w:b/>
          <w:sz w:val="20"/>
          <w:lang w:val="pl-PL"/>
        </w:rPr>
        <w:t xml:space="preserve">Osoba przekazująca informację cenową: </w:t>
      </w:r>
      <w:r w:rsidRPr="008735EA">
        <w:rPr>
          <w:sz w:val="20"/>
          <w:lang w:val="pl-PL"/>
        </w:rPr>
        <w:t>__________________________________________________</w:t>
      </w:r>
    </w:p>
    <w:sectPr w:rsidR="007B4389" w:rsidRPr="008735EA" w:rsidSect="00034616">
      <w:footerReference w:type="default" r:id="rId8"/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32D9B" w14:textId="77777777" w:rsidR="00154ECF" w:rsidRDefault="00154ECF">
      <w:pPr>
        <w:spacing w:after="0" w:line="240" w:lineRule="auto"/>
      </w:pPr>
      <w:r>
        <w:separator/>
      </w:r>
    </w:p>
  </w:endnote>
  <w:endnote w:type="continuationSeparator" w:id="0">
    <w:p w14:paraId="70224922" w14:textId="77777777" w:rsidR="00154ECF" w:rsidRDefault="00154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5C693" w14:textId="77777777" w:rsidR="007B4389" w:rsidRDefault="00000000">
    <w:pPr>
      <w:pStyle w:val="Stopka"/>
      <w:jc w:val="center"/>
    </w:pPr>
    <w:r w:rsidRPr="008735EA">
      <w:rPr>
        <w:color w:val="646464"/>
        <w:sz w:val="16"/>
        <w:lang w:val="pl-PL"/>
      </w:rPr>
      <w:t xml:space="preserve">Sprawa nr 3/2026/KCBTiK – Zakup inwestycyjny pn. </w:t>
    </w:r>
    <w:r>
      <w:rPr>
        <w:color w:val="646464"/>
        <w:sz w:val="16"/>
      </w:rPr>
      <w:t>„</w:t>
    </w:r>
    <w:proofErr w:type="spellStart"/>
    <w:r>
      <w:rPr>
        <w:color w:val="646464"/>
        <w:sz w:val="16"/>
      </w:rPr>
      <w:t>Myjnia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Dezynfektor</w:t>
    </w:r>
    <w:proofErr w:type="spellEnd"/>
    <w:r>
      <w:rPr>
        <w:color w:val="646464"/>
        <w:sz w:val="16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ED7B3" w14:textId="77777777" w:rsidR="00154ECF" w:rsidRDefault="00154ECF">
      <w:pPr>
        <w:spacing w:after="0" w:line="240" w:lineRule="auto"/>
      </w:pPr>
      <w:r>
        <w:separator/>
      </w:r>
    </w:p>
  </w:footnote>
  <w:footnote w:type="continuationSeparator" w:id="0">
    <w:p w14:paraId="65AD6355" w14:textId="77777777" w:rsidR="00154ECF" w:rsidRDefault="00154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5807392">
    <w:abstractNumId w:val="8"/>
  </w:num>
  <w:num w:numId="2" w16cid:durableId="281037263">
    <w:abstractNumId w:val="6"/>
  </w:num>
  <w:num w:numId="3" w16cid:durableId="1419207098">
    <w:abstractNumId w:val="5"/>
  </w:num>
  <w:num w:numId="4" w16cid:durableId="2034571430">
    <w:abstractNumId w:val="4"/>
  </w:num>
  <w:num w:numId="5" w16cid:durableId="579868417">
    <w:abstractNumId w:val="7"/>
  </w:num>
  <w:num w:numId="6" w16cid:durableId="1849175833">
    <w:abstractNumId w:val="3"/>
  </w:num>
  <w:num w:numId="7" w16cid:durableId="865867226">
    <w:abstractNumId w:val="2"/>
  </w:num>
  <w:num w:numId="8" w16cid:durableId="967737210">
    <w:abstractNumId w:val="1"/>
  </w:num>
  <w:num w:numId="9" w16cid:durableId="1773092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4ECF"/>
    <w:rsid w:val="001E1A7C"/>
    <w:rsid w:val="0029639D"/>
    <w:rsid w:val="00326F90"/>
    <w:rsid w:val="00623530"/>
    <w:rsid w:val="007B4389"/>
    <w:rsid w:val="008735EA"/>
    <w:rsid w:val="00AA1D8D"/>
    <w:rsid w:val="00B47730"/>
    <w:rsid w:val="00CB0664"/>
    <w:rsid w:val="00E021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BACBA"/>
  <w14:defaultImageDpi w14:val="300"/>
  <w15:docId w15:val="{2580A0A6-24B0-4E59-9751-77D5A9A1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F4E79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F5597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Czech</dc:creator>
  <cp:keywords/>
  <dc:description>generated by python-docx</dc:description>
  <cp:lastModifiedBy>Tomasz Czech</cp:lastModifiedBy>
  <cp:revision>4</cp:revision>
  <dcterms:created xsi:type="dcterms:W3CDTF">2026-10-06T18:22:00Z</dcterms:created>
  <dcterms:modified xsi:type="dcterms:W3CDTF">2026-10-06T19:42:00Z</dcterms:modified>
  <cp:category/>
</cp:coreProperties>
</file>